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Wzór formularza odstąpienia od umowy</w:t>
      </w:r>
    </w:p>
    <w:p>
      <w:pPr>
        <w:spacing w:after="360"/>
      </w:pPr>
      <w:r>
        <w:rPr>
          <w:i/>
        </w:rPr>
        <w:t>(formularz ten należy wypełnić i odesłać tylko w przypadku chęci odstąpienia od umowy)</w:t>
      </w:r>
    </w:p>
    <w:p>
      <w:pPr>
        <w:spacing w:after="240"/>
      </w:pPr>
      <w:r>
        <w:t>Adresat Molecule Pet Bowl Europe, Zaagmolenkade 149, 3035 KD Rotterdam, Nederland, info@moleculepetbowl.eu:</w:t>
      </w:r>
    </w:p>
    <w:p>
      <w:pPr>
        <w:spacing w:after="120"/>
      </w:pPr>
      <w:r>
        <w:t>Ja/My (*) niniejszym informuję/informujemy (*) o moim/naszym (*) odstąpieniu od umowy sprzedaży następujących towarów (*)/o świadczenie następującej usługi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Data zamówienia (*)/odbioru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Imię i nazwisko/Nazwa/nazwisko konsumenta(-ów)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Adres konsumenta(-ów)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Podpis konsumenta(-ów) (tylko jeżeli formularz jest przesyłany w wersji papierowej)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Data</w:t>
      </w:r>
    </w:p>
    <w:p>
      <w:r>
        <w:t>___________________________________________________________________________</w:t>
      </w:r>
    </w:p>
    <w:p>
      <w:pPr>
        <w:spacing w:before="480"/>
      </w:pPr>
      <w:r>
        <w:rPr>
          <w:sz w:val="18"/>
        </w:rPr>
        <w:t>(*) Niepotrzebne skreślić.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